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מסגרת כתבה בשבוע ואת חמש הרמות 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העבודה עם כתבת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עובדה לדעה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גם על המסך וגם על דף מודפס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הכתבה מתחדשת כל 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במבנה הדף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מסגרת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יומן הכתבות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רמות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(מבינים, מסדרים ואומרים מה דעתנו)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(עובדה ודעה, קשרים לוגיים וטיעון)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(תמונות, הקפות ושלוש מילים)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מסגרת מתאימה לרמה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עובדים על המשימות במסך או בדף מודפס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ממלאים שורה ביומן הכתבות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היא חמש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בוחרים מסגרת מתאימה לרמה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 אפשר לבדוק, דעה היא מחשבה או תחושה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בהצגת שלבי העבודה על הלוח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התרגול לכתבה אמיתית שנבחרה באותו 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 שמתקשה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כל שבוע עולה כתבת חדשות בעברית קלה, ולכל רמה יש מסגרת משימות משלה. בדף הזה נתרגל להכיר את המבנה, את הרמות ואת שלבי העבודה.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יומן הכתבות שלי  ·  מסגרת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רמות יש במסגרת כתבה בשבוע?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איפה אפשר לעבוד על המשימות?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על דף מודפס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על המסך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גם על המסך וגם על דף מודפס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שבוע עולה כתבה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לעבוד על אותה כתבה בכמה רמות באותה 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לכל רמה יש __________ עם משימות 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בסוף כל שבוע ממלאים שורה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רמות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יסודי ג׳-ו׳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עובדה ודעה, קשרים לוגיים וטיעון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חט"ב ז'-ט'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תמונות, הקפות ושלוש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חנ"מ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מבינים, מסדרים ואומרים מה דעתנו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ממלאים שורה ביומן הכתבות שלי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כתבה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מסגרת מתאימה לרמה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עובדים על המשימות במסך או בדף מודפס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רמות יש במסגרת כתבה בשבוע?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בשלב השני של העבודה?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כתבה בשבוע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