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מסגרת כתבה בשבוע ואת חמש הרמות 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העבודה עם כתבת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גם על המסך וגם על דף מודפס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בוחרים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אנשים שמתחילים ללמוד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עובדה ודעה וקשרים לוגיים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הכתבה מתחדשת 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רמה יש מסגרת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במבנה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דפים להדפסה בקבצי PDF וWord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יומן הכתבות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(מבינים, מסדרים ואומרים מה דעתנו)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(עובדה ודעה, קשרים לוגיים וטיעון)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(תמונות, הקפות ושלוש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(ניקוד, אייקונים, תרגום ופתיחי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(סיכום, דעה וחיבור לארץ שממנה הגעתי)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מסגרת מתאימה לרמה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עובדים על המשימות במסך או בדף מודפס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ממלאים שורה ביומן הכתבות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אפשר לבדוק שהיא נכונה, דעה היא מה שמישהו חושב או מרגיש; דוגמה לעובדה ודוגמה לדעה מהחיים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היא חמש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מסגרת מתאימה לרמה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לבדוק, דעה היא מחשבה או תחושה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שלבי העבודה על הלוח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התרגול לכתבה אמיתית שנבחרה באותו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שבוע יש כתבה חדשה. לכל רמה יש משימות משלה. בדף הזה לומדים איך זה עובד.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שמספר על משהו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חדשות בעברית קלה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חדשות שכתובות במילים פשוטות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מסגרת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משימות קבועה שמתאימה לרמה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שהגיעו לארץ ולומדים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הכתבות שלי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לרשום אילו כתבות עבדנו עליהן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לבדוק שהוא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מישהו חושב או מרגיש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רמות יש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עובדים על המשימות?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על דף מודפס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על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על המסך וגם על דף מודפס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הדבר הראשון שעושים?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מסגרת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ממלאים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מדפיסים 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לומד ברמת עולים מתחילים?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תלמידים בחט"ב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שמתחילים ללמוד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תלמידי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לומדים בחט"ב?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ודעה וקשרים לוגיים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תרגום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צעד אחר צעד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שבוע עולה כתבה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מסגרת אחת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לעבוד על אותה כתבה בכמה רמות באותה 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להדפיס את הדפים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רמה יש __________ עם משימות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כל שבוע ממלאים שורה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ברמת חט"ב מתרגלים __________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ברמת עולים מתחילים מתרגלים ניקוד, אייקונים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__________ רמות במסגרת כתבה בשבוע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ג׳-ו׳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תמונות, הקפות ושלוש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חט"ב ז'-ט'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ניקוד, אייקונים, תרגום ופתיחי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סיכום, דעה וחיבור לארץ שממנה הגעתי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עולים מתחילים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עובדה ודעה, קשרים לוגיים וטיעון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עולים מתקדמים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מבינים, מסדרים ואומרים מה דעתנו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מסגרת מתאימה לרמה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שורה ביומן הכתבות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עובדים על המשימות במסך או בדף מודפס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עובדה לדעה, ותנו דוגמה אחת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רמות יש במסגרת כתבה בשבוע?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בשלב השני של העבודה?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