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מסגרת כתבה בשבוע ואת חמש הרמות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על המסך וגם על דף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אנשים שמתחילים ללמוד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עובדה ודעה וקשרים לוגיים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מתחדשת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רמה יש מסגרת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במבנה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דפים להדפסה בקבצי PDF וWord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הכתבות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(מבינים, מסדרים ואומרים מה דעתנו)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(עובדה ודעה, קשרים לוגיים וטיעון)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(תמונות, הקפות ושלוש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(ניקוד, אייקונים, תרגום ופתיחי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(סיכום, דעה וחיבור לארץ שממנה הגעתי)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מסגרת מתאימה לרמה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על המשימות במסך או בדף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ממלאים שורה ביומן הכתבות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שהיא נכונה, דעה היא מה שמישהו חושב או מרגיש; דוגמה לעובדה ודוגמה לדעה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היא חמש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מסגרת מתאימה לרמה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שלבי העבודה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לכתבה אמיתית שנבחרה באותו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שבוע עולה כתבת חדשות בעברית קלה, ולכל רמה יש מסגרת משימות משלה. בדף הזה נתרגל להכיר את המבנה, את הרמות ואת שלבי העבודה.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יש במסגרת כתבה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אפשר לעבוד על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דף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על המסך וגם על דף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ממלאים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מיועדת הרמה עולים מתחילים?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בחט"ב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שמתחילים ללמוד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מתרגלים ברמת חט"ב?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ודעה וקשרים לוגיים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צעד אחר צעד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עולה כתבה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מסגרת אחת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לעבוד על אותה כתבה בכמה רמות באותה 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את הדפים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רמה יש __________ עם משימות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כל שבוע ממלאים שורה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חט"ב מתרגלים __________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עולים מתחילים מתרגלים ניקוד, אייקונים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__________ רמות במסגרת כתבה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ג׳-ו׳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עובדה ודעה, קשרים לוגיים וטיעון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חט"ב ז'-ט'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מבינים, מסדרים ואומרים מה דעתנו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ניקוד, אייקונים, תרגום ופתיחי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 מתחילים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סיכום, דעה וחיבור לארץ שממנה הגעתי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תמונות, הקפות ושלוש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מסגרת מתאימה לרמה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על המשימות במסך או בדף מודפס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שורה ביומן הכתבות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עובדה לדעה, ותנו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יש במסגרת כתבה בשבוע?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השני של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